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Club Disciplinary Procedure</w:t>
      </w:r>
    </w:p>
    <w:p>
      <w:pPr>
        <w:spacing w:before="160" w:after="80"/>
      </w:pPr>
      <w:r>
        <w:rPr>
          <w:b/>
          <w:sz w:val="22"/>
        </w:rPr>
        <w:t>Definitions</w:t>
      </w:r>
    </w:p>
    <w:p>
      <w:r>
        <w:t>In these procedures and regulations, the words outlined below shall have the following meanings and</w:t>
      </w:r>
    </w:p>
    <w:p>
      <w:r>
        <w:t>interpretations:</w:t>
      </w:r>
    </w:p>
    <w:p>
      <w:r>
        <w:t>“Adult at Risk of Harm” An individual aged 18 or over who is;</w:t>
      </w:r>
    </w:p>
    <w:p>
      <w:pPr>
        <w:pStyle w:val="ListBullet"/>
      </w:pPr>
      <w:r/>
    </w:p>
    <w:p>
      <w:r>
        <w:t>Experiencing or is at risk of abuse or neglect, and;</w:t>
      </w:r>
    </w:p>
    <w:p>
      <w:pPr>
        <w:pStyle w:val="ListBullet"/>
      </w:pPr>
      <w:r/>
    </w:p>
    <w:p>
      <w:r>
        <w:t>Has caring or supportive needs, and;</w:t>
      </w:r>
    </w:p>
    <w:p>
      <w:pPr>
        <w:pStyle w:val="ListBullet"/>
      </w:pPr>
      <w:r/>
    </w:p>
    <w:p>
      <w:r>
        <w:t>A result of those needs, they are unable to protect themselves against</w:t>
      </w:r>
    </w:p>
    <w:p>
      <w:r>
        <w:t>abuse or neglect or the risk of it</w:t>
      </w:r>
    </w:p>
    <w:p>
      <w:r>
        <w:t>“Appeal Panel” The group of individuals appointed to manage the appeals process in accordance with</w:t>
      </w:r>
    </w:p>
    <w:p>
      <w:r>
        <w:t>these outlined procedure and regulations</w:t>
      </w:r>
    </w:p>
    <w:p>
      <w:r>
        <w:t>“Appellant” A person or group or organization who appeals the decisions of a disciplinary panel</w:t>
      </w:r>
    </w:p>
    <w:p>
      <w:r>
        <w:t>“Chairperson” The individual appointed by the disciplinary panel or a relevant committee to chair the</w:t>
      </w:r>
    </w:p>
    <w:p>
      <w:r>
        <w:t>disciplinary or appeal hearing.</w:t>
      </w:r>
    </w:p>
    <w:p>
      <w:r>
        <w:t>“Club” [ENTER CLUB NAME AND ADDRESS]</w:t>
      </w:r>
    </w:p>
    <w:p>
      <w:r>
        <w:t>“Club Rules” The rules can include the Club’s constitution, articles of association, bye-laws, code of</w:t>
      </w:r>
    </w:p>
    <w:p>
      <w:r>
        <w:t>conduct and any other relevant rules in which Club members are bound to in accordance with their</w:t>
      </w:r>
    </w:p>
    <w:p>
      <w:r>
        <w:t>membership regulations</w:t>
      </w:r>
    </w:p>
    <w:p>
      <w:r>
        <w:t>“Complaint” A complaint of misconduct or raising a concern as referred to in ‘Raising a complaint’</w:t>
      </w:r>
    </w:p>
    <w:p>
      <w:r>
        <w:t>“Complainant” The person or group or organization from which a complaint has been raised and has</w:t>
      </w:r>
    </w:p>
    <w:p>
      <w:r>
        <w:t>been received by the disciplinary panel</w:t>
      </w:r>
    </w:p>
    <w:p>
      <w:r>
        <w:t>“Disciplinary Panel” The group of individuals that are appointed by the club to manage the disciplinary</w:t>
      </w:r>
    </w:p>
    <w:p>
      <w:r>
        <w:t>matters, following theses outlined procedures and regulations</w:t>
      </w:r>
    </w:p>
    <w:p>
      <w:r>
        <w:t>“Equitably” A way in which everyone is treated fairly and in the same manner</w:t>
      </w:r>
    </w:p>
    <w:p>
      <w:r>
        <w:t>“Notice of Charge” A written notice sent to the respondent in all matters in which they are notified of</w:t>
      </w:r>
    </w:p>
    <w:p>
      <w:r>
        <w:t>the complaint(s) and charge(s) made and raised against them</w:t>
      </w:r>
    </w:p>
    <w:p>
      <w:r>
        <w:t>“Young Person” A Person under the age of 18 years old</w:t>
      </w:r>
    </w:p>
    <w:p>
      <w:r>
        <w:t>“Respondent” The person who is the subject of the Complaint or disciplinary action brought under the</w:t>
      </w:r>
    </w:p>
    <w:p>
      <w:r>
        <w:t>Regulations</w:t>
      </w:r>
    </w:p>
    <w:p>
      <w:pPr>
        <w:spacing w:before="160" w:after="80"/>
      </w:pPr>
      <w:r>
        <w:rPr>
          <w:b/>
          <w:sz w:val="22"/>
        </w:rPr>
        <w:t>General Statement</w:t>
      </w:r>
    </w:p>
    <w:p>
      <w:r>
        <w:t>Clyne Golf Club is responsible for setting and maintaining the standards of service and delivery to the</w:t>
      </w:r>
    </w:p>
    <w:p>
      <w:r>
        <w:t>members, stakeholders and the wider public. Clyne Golf Club is committed to dealing with any</w:t>
      </w:r>
    </w:p>
    <w:p>
      <w:r>
        <w:t>complaint equitably and in a timely and comprehensive manner.</w:t>
      </w:r>
    </w:p>
    <w:p>
      <w:pPr>
        <w:spacing w:before="160" w:after="80"/>
      </w:pPr>
      <w:r>
        <w:rPr>
          <w:b/>
          <w:sz w:val="22"/>
        </w:rPr>
        <w:t>Dealing with a complaint</w:t>
      </w:r>
    </w:p>
    <w:p>
      <w:r>
        <w:t>The emphasis of the Club’s complaints procedure will be to ensure a fair and early resolution of the</w:t>
      </w:r>
    </w:p>
    <w:p>
      <w:r>
        <w:t>matter or problem with a minimum disruption to its members.</w:t>
      </w:r>
    </w:p>
    <w:p>
      <w:r>
        <w:t>Therefore the club will aim to:</w:t>
      </w:r>
    </w:p>
    <w:p>
      <w:pPr>
        <w:pStyle w:val="ListBullet"/>
      </w:pPr>
      <w:r/>
    </w:p>
    <w:p>
      <w:r>
        <w:t>Ensure an open and transparent environment in which complaints and feedback are welcomed</w:t>
      </w:r>
    </w:p>
    <w:p>
      <w:r>
        <w:t>by the Club</w:t>
      </w:r>
    </w:p>
    <w:p>
      <w:pPr>
        <w:pStyle w:val="ListBullet"/>
      </w:pPr>
      <w:r/>
    </w:p>
    <w:p>
      <w:r>
        <w:t>Make a complaint process as simple as possible and therefore this procedure will be reviewed</w:t>
      </w:r>
    </w:p>
    <w:p>
      <w:r>
        <w:t>from time to time</w:t>
      </w:r>
    </w:p>
    <w:p>
      <w:pPr>
        <w:pStyle w:val="ListBullet"/>
      </w:pPr>
      <w:r/>
    </w:p>
    <w:p>
      <w:r>
        <w:t>Deal with all complaints fairly, sympathetically and honestly</w:t>
      </w:r>
    </w:p>
    <w:p>
      <w:pPr>
        <w:pStyle w:val="ListBullet"/>
      </w:pPr>
      <w:r/>
    </w:p>
    <w:p>
      <w:r>
        <w:t>Ensure a detailed and full response to complaints wherever possible</w:t>
      </w:r>
    </w:p>
    <w:p>
      <w:pPr>
        <w:pStyle w:val="ListBullet"/>
      </w:pPr>
      <w:r/>
    </w:p>
    <w:p>
      <w:r>
        <w:t>If Clyne Golf Club its volunteers, members or usual processes and procedures are found to be</w:t>
      </w:r>
    </w:p>
    <w:p>
      <w:r>
        <w:t>at fault, this will be acknowledged and the appropriate communication will be provided to all</w:t>
      </w:r>
    </w:p>
    <w:p>
      <w:r>
        <w:br w:type="page"/>
      </w:r>
    </w:p>
    <w:p>
      <w:r>
        <w:t>necessary individuals and groups, outlining future action, if any, that will be taken to prevent</w:t>
      </w:r>
    </w:p>
    <w:p>
      <w:r>
        <w:t>similar problems occurring again</w:t>
      </w:r>
    </w:p>
    <w:p>
      <w:pPr>
        <w:spacing w:before="160" w:after="80"/>
      </w:pPr>
      <w:r>
        <w:rPr>
          <w:b/>
          <w:sz w:val="22"/>
        </w:rPr>
        <w:t>Who do this procedure and regulations apply to?</w:t>
      </w:r>
    </w:p>
    <w:p>
      <w:r>
        <w:t>This procedure and regulations apply to all of Clyne Golf Club members, players, participants,</w:t>
      </w:r>
    </w:p>
    <w:p>
      <w:r>
        <w:t>volunteers, visitors, staff and contractors to the club.</w:t>
      </w:r>
    </w:p>
    <w:p>
      <w:pPr>
        <w:spacing w:before="160" w:after="80"/>
      </w:pPr>
      <w:r>
        <w:rPr>
          <w:b/>
          <w:sz w:val="22"/>
        </w:rPr>
        <w:t>Authority of disciplinary matters</w:t>
      </w:r>
    </w:p>
    <w:p>
      <w:r>
        <w:t>This procedure and regulations will be enforced and applied to any of the following;</w:t>
      </w:r>
    </w:p>
    <w:p>
      <w:pPr>
        <w:pStyle w:val="ListBullet"/>
      </w:pPr>
      <w:r/>
    </w:p>
    <w:p>
      <w:r>
        <w:t>Any alleged breaches of the club rules, regulations, codes of conducts and values of behaviour</w:t>
      </w:r>
    </w:p>
    <w:p>
      <w:r>
        <w:t>statement (strategic values)</w:t>
      </w:r>
    </w:p>
    <w:p>
      <w:pPr>
        <w:pStyle w:val="ListBullet"/>
      </w:pPr>
      <w:r/>
    </w:p>
    <w:p>
      <w:r>
        <w:t>Any alleged breaches of the Rules of Golf, handicapping violations and any other breach of the</w:t>
      </w:r>
    </w:p>
    <w:p>
      <w:r>
        <w:t>Clubs competition rules</w:t>
      </w:r>
    </w:p>
    <w:p>
      <w:pPr>
        <w:pStyle w:val="ListBullet"/>
      </w:pPr>
      <w:r/>
    </w:p>
    <w:p>
      <w:r>
        <w:t>Any situation in which an individual displays any form of inappropriate, unlawful or unsporting</w:t>
      </w:r>
    </w:p>
    <w:p>
      <w:r>
        <w:t>conduct and behaviours that brings the club or sport into disrepute</w:t>
      </w:r>
    </w:p>
    <w:p>
      <w:pPr>
        <w:pStyle w:val="ListBullet"/>
      </w:pPr>
      <w:r/>
    </w:p>
    <w:p>
      <w:r>
        <w:t>An expression of dissatisfaction regarding an action or situation in which Clyne Golf Club made,</w:t>
      </w:r>
    </w:p>
    <w:p>
      <w:r>
        <w:t>including any volunteers, members or others from the club.</w:t>
      </w:r>
    </w:p>
    <w:p>
      <w:pPr>
        <w:pStyle w:val="ListBullet"/>
      </w:pPr>
      <w:r/>
    </w:p>
    <w:p>
      <w:r>
        <w:t>Any safeguarding incidents which in this situation must be reported to the Clubs Lead</w:t>
      </w:r>
    </w:p>
    <w:p>
      <w:r>
        <w:t>Safeguarding Officer or Wales Golf Lead Safeguarding Officer before any disciplinary action is</w:t>
      </w:r>
    </w:p>
    <w:p>
      <w:r>
        <w:t>taken</w:t>
      </w:r>
    </w:p>
    <w:p>
      <w:pPr>
        <w:spacing w:before="160" w:after="80"/>
      </w:pPr>
      <w:r>
        <w:rPr>
          <w:b/>
          <w:sz w:val="22"/>
        </w:rPr>
        <w:t>Complaints Procedure</w:t>
      </w:r>
    </w:p>
    <w:p>
      <w:pPr>
        <w:pStyle w:val="ListBullet"/>
      </w:pPr>
      <w:r>
        <w:t>A complaint can initially be raised verbally to the Club Manager within the club. The complainant</w:t>
      </w:r>
    </w:p>
    <w:p>
      <w:r>
        <w:t>will be asked to follow up this verbal complaint in writing (letter or email).</w:t>
      </w:r>
    </w:p>
    <w:p>
      <w:pPr>
        <w:pStyle w:val="ListBullet"/>
      </w:pPr>
      <w:r>
        <w:t>The Club will also make any reasonable adjustments to manage any complaints that are made</w:t>
      </w:r>
    </w:p>
    <w:p>
      <w:r>
        <w:t>in alternative ways wherever appropriate.</w:t>
      </w:r>
    </w:p>
    <w:p>
      <w:r>
        <w:t>Upon the Club receiving a formal complaint or a matter considered to be misconduct has come to light,</w:t>
      </w:r>
    </w:p>
    <w:p>
      <w:r>
        <w:t>the Club will investigate the complaint as expeditiously as possible, gathering information and</w:t>
      </w:r>
    </w:p>
    <w:p>
      <w:r>
        <w:t>evidence.</w:t>
      </w:r>
    </w:p>
    <w:p>
      <w:r>
        <w:t>The Club Manager/Chair/Lead Safeguarding or Welfare Officer/any other appropriate individual,</w:t>
      </w:r>
    </w:p>
    <w:p>
      <w:r>
        <w:t>including an external independent 3rd party may investigate the complaint.</w:t>
      </w:r>
    </w:p>
    <w:p>
      <w:r>
        <w:t>The process of the investigation;</w:t>
      </w:r>
    </w:p>
    <w:p>
      <w:pPr>
        <w:pStyle w:val="ListBullet"/>
      </w:pPr>
      <w:r/>
    </w:p>
    <w:p>
      <w:r>
        <w:t>Carry out an initial investigation of the complaint to collect evidence or information</w:t>
      </w:r>
    </w:p>
    <w:p>
      <w:pPr>
        <w:pStyle w:val="ListBullet"/>
      </w:pPr>
      <w:r/>
    </w:p>
    <w:p>
      <w:r>
        <w:t>Contact the respondent for a response on the raised complaint</w:t>
      </w:r>
    </w:p>
    <w:p>
      <w:pPr>
        <w:pStyle w:val="ListBullet"/>
      </w:pPr>
      <w:r/>
    </w:p>
    <w:p>
      <w:r>
        <w:t>Actively seek advice and guidance from any other appropriate individuals or organisations</w:t>
      </w:r>
    </w:p>
    <w:p>
      <w:pPr>
        <w:pStyle w:val="ListBullet"/>
      </w:pPr>
      <w:r/>
    </w:p>
    <w:p>
      <w:r>
        <w:t>An outline of all rationales for determining the outlined next steps will be recorded</w:t>
      </w:r>
    </w:p>
    <w:p>
      <w:pPr>
        <w:pStyle w:val="ListBullet"/>
      </w:pPr>
      <w:r/>
    </w:p>
    <w:p>
      <w:r>
        <w:t>Keep the complainant informed of progress with regard to their complaint, particularly important</w:t>
      </w:r>
    </w:p>
    <w:p>
      <w:r>
        <w:t>if there is likely to be a delay in answering the complaint for any reason</w:t>
      </w:r>
    </w:p>
    <w:p>
      <w:r>
        <w:t>Following the investigation, the Club General Manager/Chair/Lead Safeguarding or Welfare Officer/any</w:t>
      </w:r>
    </w:p>
    <w:p>
      <w:r>
        <w:t>other appropriate individual / external independent 3rd party (delete or add as necessary) will outline the</w:t>
      </w:r>
    </w:p>
    <w:p>
      <w:r>
        <w:t>appropriate next steps, which can include;</w:t>
      </w:r>
    </w:p>
    <w:p>
      <w:r>
        <w:br w:type="page"/>
      </w:r>
    </w:p>
    <w:p>
      <w:pPr>
        <w:pStyle w:val="ListBullet"/>
      </w:pPr>
      <w:r>
        <w:t>Dismiss the case with no further action required</w:t>
      </w:r>
    </w:p>
    <w:p>
      <w:pPr>
        <w:pStyle w:val="ListBullet"/>
      </w:pPr>
      <w:r>
        <w:t>Deal with the complainant and resolve it informally wherever possible</w:t>
      </w:r>
    </w:p>
    <w:p>
      <w:pPr>
        <w:pStyle w:val="ListBullet"/>
      </w:pPr>
      <w:r>
        <w:t>Refer to the complaint to a Disciplinary Panel</w:t>
      </w:r>
    </w:p>
    <w:p>
      <w:r>
        <w:t>The Respondent will have 14 days to respond to the complaint. No response within the time period</w:t>
      </w:r>
    </w:p>
    <w:p>
      <w:r>
        <w:t>could result in suspension of the involvement in golf until the reply is received.</w:t>
      </w:r>
    </w:p>
    <w:p>
      <w:r>
        <w:t>Formal procedure for managing a complaint when it is referred to the Disciplinary Panel:</w:t>
      </w:r>
    </w:p>
    <w:p>
      <w:pPr>
        <w:spacing w:before="160" w:after="80"/>
      </w:pPr>
      <w:r>
        <w:rPr>
          <w:b/>
          <w:sz w:val="22"/>
        </w:rPr>
        <w:t>Establishing a Disciplinary Panel</w:t>
      </w:r>
    </w:p>
    <w:p>
      <w:pPr>
        <w:pStyle w:val="ListBullet"/>
      </w:pPr>
      <w:r/>
    </w:p>
    <w:p>
      <w:r>
        <w:t>If it is determined that the raised complaint needs to be formally dealt with, a Disciplinary Panel</w:t>
      </w:r>
    </w:p>
    <w:p>
      <w:r>
        <w:t>will be established to manage the matter</w:t>
      </w:r>
    </w:p>
    <w:p>
      <w:pPr>
        <w:pStyle w:val="ListBullet"/>
      </w:pPr>
      <w:r/>
    </w:p>
    <w:p>
      <w:r>
        <w:t>The Disciplinary Panel will comprise of 3 individuals all of which will be independent of the</w:t>
      </w:r>
    </w:p>
    <w:p>
      <w:r>
        <w:t>complaint, meaning that they were not named in the raised complaint.</w:t>
      </w:r>
    </w:p>
    <w:p>
      <w:pPr>
        <w:pStyle w:val="ListBullet"/>
      </w:pPr>
      <w:r/>
    </w:p>
    <w:p>
      <w:r>
        <w:t>One of the Disciplinary Panel members will be appointed as Chair.</w:t>
      </w:r>
    </w:p>
    <w:p>
      <w:pPr>
        <w:pStyle w:val="ListBullet"/>
      </w:pPr>
      <w:r/>
    </w:p>
    <w:p>
      <w:r>
        <w:t>If at any point, a member of the Disciplinary Panel declares an interest or perceived to have an</w:t>
      </w:r>
    </w:p>
    <w:p>
      <w:r>
        <w:t>actual or potential interest by another panel member, they will be replaced by another</w:t>
      </w:r>
    </w:p>
    <w:p>
      <w:r>
        <w:t>independent individual</w:t>
      </w:r>
    </w:p>
    <w:p>
      <w:r>
        <w:t>Formal procedure for managing a complaint when it is referred to the Disciplinary Panel: Issue a</w:t>
      </w:r>
    </w:p>
    <w:p>
      <w:r>
        <w:t>Notice of Charge</w:t>
      </w:r>
    </w:p>
    <w:p>
      <w:r>
        <w:t>Following the establishment of a Disciplinary Panel, the subject of the complaint Respondent will be</w:t>
      </w:r>
    </w:p>
    <w:p>
      <w:r>
        <w:t>notified of the formal procedure that will be followed.</w:t>
      </w:r>
    </w:p>
    <w:p>
      <w:pPr>
        <w:pStyle w:val="ListBullet"/>
      </w:pPr>
      <w:r/>
    </w:p>
    <w:p>
      <w:r>
        <w:t>The Disciplinary Panel will set the date of the Hearing Meeting following the Member replying to</w:t>
      </w:r>
    </w:p>
    <w:p>
      <w:r>
        <w:t>the alleged misconduct summary</w:t>
      </w:r>
    </w:p>
    <w:p>
      <w:pPr>
        <w:pStyle w:val="ListBullet"/>
      </w:pPr>
      <w:r/>
    </w:p>
    <w:p>
      <w:r>
        <w:t>No less than 7 days before the hearing meeting date, the panel will share the details of the</w:t>
      </w:r>
    </w:p>
    <w:p>
      <w:r>
        <w:t>formal complaint and/or alleged misconduct including any evidence gathered that will be</w:t>
      </w:r>
    </w:p>
    <w:p>
      <w:r>
        <w:t>presented at the hearing meeting</w:t>
      </w:r>
    </w:p>
    <w:p>
      <w:pPr>
        <w:pStyle w:val="ListBullet"/>
      </w:pPr>
      <w:r/>
    </w:p>
    <w:p>
      <w:r>
        <w:t>The panel will provide the Member the opportunity to share details of any witnesses and/or</w:t>
      </w:r>
    </w:p>
    <w:p>
      <w:r>
        <w:t>other evidence</w:t>
      </w:r>
    </w:p>
    <w:p>
      <w:r>
        <w:t>The Panel will outline the following to the Member ahead of the hearing meeting date;</w:t>
      </w:r>
    </w:p>
    <w:p>
      <w:pPr>
        <w:pStyle w:val="ListBullet"/>
      </w:pPr>
      <w:r/>
    </w:p>
    <w:p>
      <w:r>
        <w:t>Outlining the rights of the respondent under these outline procedures and regulations, having</w:t>
      </w:r>
    </w:p>
    <w:p>
      <w:r>
        <w:t>an equitable opportunity to make representations in their defence of the allegations; and</w:t>
      </w:r>
    </w:p>
    <w:p>
      <w:r>
        <w:t>Formal procedure for managing a complaint when it is referred to the Disciplinary Panel:</w:t>
      </w:r>
    </w:p>
    <w:p>
      <w:r>
        <w:t>Subject of Complaint – Response and entitlement</w:t>
      </w:r>
    </w:p>
    <w:p>
      <w:r>
        <w:t>In the instance that the subject of the complaint, the Respondent does not share the requested details</w:t>
      </w:r>
    </w:p>
    <w:p>
      <w:r>
        <w:t>within the agree timeframe, the hearing meeting can be adjourned or will proceed in the respondents</w:t>
      </w:r>
    </w:p>
    <w:p>
      <w:r>
        <w:t>absence.</w:t>
      </w:r>
    </w:p>
    <w:p>
      <w:r>
        <w:t>This decision is at the discretion of the Disciplinary Panel.</w:t>
      </w:r>
    </w:p>
    <w:p>
      <w:r>
        <w:t>The Respondent will be given the opportunity to be accompanied by any other member of the Club to</w:t>
      </w:r>
    </w:p>
    <w:p>
      <w:r>
        <w:t>speak on their behalf during the hearing meeting. However, the accompanying member may not</w:t>
      </w:r>
    </w:p>
    <w:p>
      <w:r>
        <w:t>answer any questions that have been asked directly to the Member by the Panel.</w:t>
      </w:r>
    </w:p>
    <w:p>
      <w:r>
        <w:t>In cases where the subject of the complaint Respondent is under the age of 14, all correspondence</w:t>
      </w:r>
    </w:p>
    <w:p>
      <w:r>
        <w:t>shall be addressed only to the Member’s parent or guardian.</w:t>
      </w:r>
    </w:p>
    <w:p>
      <w:r>
        <w:t>In cases where the subject of the complaint Respondent is between the age of 14 and 18, all</w:t>
      </w:r>
    </w:p>
    <w:p>
      <w:r>
        <w:t>correspondence shall be addressed to the Member’s parent or guardian and the Member.</w:t>
      </w:r>
    </w:p>
    <w:p>
      <w:r>
        <w:br w:type="page"/>
      </w:r>
    </w:p>
    <w:p>
      <w:r>
        <w:t>In cases where the subject of the complaint Respondent is under the age of 18, the Member’s parent or</w:t>
      </w:r>
    </w:p>
    <w:p>
      <w:r>
        <w:t>guardian can attend the hearing meeting and speak on the Members behalf.</w:t>
      </w:r>
    </w:p>
    <w:p>
      <w:r>
        <w:t>In cases where the subject of the complaint Respondent is a young person or a vulnerable adult, there</w:t>
      </w:r>
    </w:p>
    <w:p>
      <w:r>
        <w:t>will be a consideration to include a representative on the Panel who has undertaken Safeguarding</w:t>
      </w:r>
    </w:p>
    <w:p>
      <w:r>
        <w:t>training.</w:t>
      </w:r>
    </w:p>
    <w:p>
      <w:r>
        <w:t>Formal procedure for managing a complaint when it is referred to the Disciplinary Panel:</w:t>
      </w:r>
    </w:p>
    <w:p>
      <w:pPr>
        <w:spacing w:before="160" w:after="80"/>
      </w:pPr>
      <w:r>
        <w:rPr>
          <w:b/>
          <w:sz w:val="22"/>
        </w:rPr>
        <w:t>Disciplinary Hearing</w:t>
      </w:r>
    </w:p>
    <w:p>
      <w:r>
        <w:t>The proceedings of all hearing meetings before the panel shall be held in private.</w:t>
      </w:r>
    </w:p>
    <w:p>
      <w:r>
        <w:t>The Disciplinary panel will consider all of the evidence that has been presented.</w:t>
      </w:r>
    </w:p>
    <w:p>
      <w:r>
        <w:t>The subject of the complaint Respondent will be entitled to present their case to the Panel, including</w:t>
      </w:r>
    </w:p>
    <w:p>
      <w:r>
        <w:t>presenting any evidence, calling witnesses and cross examining witness during the hearing meeting.</w:t>
      </w:r>
    </w:p>
    <w:p>
      <w:r>
        <w:t>Factors to consider for Oral Disciplinary Hearings:</w:t>
      </w:r>
    </w:p>
    <w:p>
      <w:pPr>
        <w:pStyle w:val="ListBullet"/>
      </w:pPr>
      <w:r/>
    </w:p>
    <w:p>
      <w:r>
        <w:t>The subject of the complaint Respondent can be represented by a third party at an oral</w:t>
      </w:r>
    </w:p>
    <w:p>
      <w:pPr>
        <w:spacing w:before="160" w:after="80"/>
      </w:pPr>
      <w:r>
        <w:rPr>
          <w:b/>
          <w:sz w:val="22"/>
        </w:rPr>
        <w:t>Disciplinary Hearing</w:t>
      </w:r>
    </w:p>
    <w:p>
      <w:pPr>
        <w:pStyle w:val="ListBullet"/>
      </w:pPr>
      <w:r/>
    </w:p>
    <w:p>
      <w:r>
        <w:t>The representative can be a member of the club or a complete independent of the club.</w:t>
      </w:r>
    </w:p>
    <w:p>
      <w:pPr>
        <w:pStyle w:val="ListBullet"/>
      </w:pPr>
      <w:r/>
    </w:p>
    <w:p>
      <w:r>
        <w:t>The subject of the complaint Respondent can be accompanied by a representative for support</w:t>
      </w:r>
    </w:p>
    <w:p>
      <w:r>
        <w:t>but this individual cannot make any representations on the Members behalf</w:t>
      </w:r>
    </w:p>
    <w:p>
      <w:pPr>
        <w:pStyle w:val="ListBullet"/>
      </w:pPr>
      <w:r/>
    </w:p>
    <w:p>
      <w:r>
        <w:t>There will be a fair opportunity for the subject of the complaint (Member) to make</w:t>
      </w:r>
    </w:p>
    <w:p>
      <w:r>
        <w:t>representations and present evidence in their defence and review and change any evidence in</w:t>
      </w:r>
    </w:p>
    <w:p>
      <w:r>
        <w:t>support of the raised complaint.</w:t>
      </w:r>
    </w:p>
    <w:p>
      <w:r>
        <w:t>Formal procedure for managing a complaint when it is referred to the Disciplinary Panel:</w:t>
      </w:r>
    </w:p>
    <w:p>
      <w:pPr>
        <w:spacing w:before="160" w:after="80"/>
      </w:pPr>
      <w:r>
        <w:rPr>
          <w:b/>
          <w:sz w:val="22"/>
        </w:rPr>
        <w:t>Disciplinary Decisions</w:t>
      </w:r>
    </w:p>
    <w:p>
      <w:r>
        <w:t>Following the conclusion of the hearing meeting, the Disciplinary Panel will make a decision for next</w:t>
      </w:r>
    </w:p>
    <w:p>
      <w:r>
        <w:t>steps and/or impose a sanction(s) as they deem necessary in private.</w:t>
      </w:r>
    </w:p>
    <w:p>
      <w:r>
        <w:t>This can include but not limited to:</w:t>
      </w:r>
    </w:p>
    <w:p>
      <w:pPr>
        <w:pStyle w:val="ListBullet"/>
      </w:pPr>
      <w:r/>
    </w:p>
    <w:p>
      <w:r>
        <w:t>Upholding the complaint and if so, informing the Respondent (in writing)</w:t>
      </w:r>
    </w:p>
    <w:p>
      <w:pPr>
        <w:pStyle w:val="ListBullet"/>
      </w:pPr>
      <w:r/>
    </w:p>
    <w:p>
      <w:r>
        <w:t>A Decision will be communicated by the Panel to the Member either at the hearing meeting date</w:t>
      </w:r>
    </w:p>
    <w:p>
      <w:r>
        <w:t>or within 7 days after the date of the hearing.</w:t>
      </w:r>
    </w:p>
    <w:p>
      <w:r>
        <w:t>The decision of the Panel does not need to be unanimous, a majority in favour of the decision is</w:t>
      </w:r>
    </w:p>
    <w:p>
      <w:r>
        <w:t>suitable.</w:t>
      </w:r>
    </w:p>
    <w:p>
      <w:r>
        <w:t>The standard of proof in all cases before the Disciplinary Panel (and the Appeal Panel) is the balance of</w:t>
      </w:r>
    </w:p>
    <w:p>
      <w:r>
        <w:t>probabilities.</w:t>
      </w:r>
    </w:p>
    <w:p>
      <w:r>
        <w:t>The Panel shall have the authority to regulate the procedure including (without limitation);</w:t>
      </w:r>
    </w:p>
    <w:p>
      <w:pPr>
        <w:pStyle w:val="ListBullet"/>
      </w:pPr>
      <w:r/>
    </w:p>
    <w:p>
      <w:r>
        <w:t>Extend or vary any timeframes set out in this procedure</w:t>
      </w:r>
    </w:p>
    <w:p>
      <w:pPr>
        <w:pStyle w:val="ListBullet"/>
      </w:pPr>
      <w:r/>
    </w:p>
    <w:p>
      <w:r>
        <w:t>Adjourn any proceedings at any given time</w:t>
      </w:r>
    </w:p>
    <w:p>
      <w:pPr>
        <w:pStyle w:val="ListBullet"/>
      </w:pPr>
      <w:r/>
    </w:p>
    <w:p>
      <w:r>
        <w:t>All time for the collection and submission of any evidence</w:t>
      </w:r>
    </w:p>
    <w:p>
      <w:r>
        <w:br w:type="page"/>
      </w:r>
    </w:p>
    <w:p>
      <w:pPr>
        <w:pStyle w:val="ListBullet"/>
      </w:pPr>
      <w:r/>
    </w:p>
    <w:p>
      <w:r>
        <w:t>Ask questions to any witness(s) before any proceedings</w:t>
      </w:r>
    </w:p>
    <w:p>
      <w:pPr>
        <w:pStyle w:val="ListBullet"/>
      </w:pPr>
      <w:r/>
    </w:p>
    <w:p>
      <w:r>
        <w:t>Admit or exclude any evidence on the basis of its relevance or failure to comply with directions</w:t>
      </w:r>
    </w:p>
    <w:p>
      <w:pPr>
        <w:pStyle w:val="ListBullet"/>
      </w:pPr>
      <w:r/>
    </w:p>
    <w:p>
      <w:r>
        <w:t>Order that the costs of and incidental to any proceedings before it be paid (or contributed</w:t>
      </w:r>
    </w:p>
    <w:p>
      <w:r>
        <w:t>towards) by any party</w:t>
      </w:r>
    </w:p>
    <w:p>
      <w:r>
        <w:t>In the case where the Disciplinary Panel finds a complaint has been proven, a number of decisions</w:t>
      </w:r>
    </w:p>
    <w:p>
      <w:r>
        <w:t>may be imposed to the Member;</w:t>
      </w:r>
    </w:p>
    <w:p>
      <w:pPr>
        <w:pStyle w:val="ListBullet"/>
      </w:pPr>
      <w:r>
        <w:t>A caution or warning in respect of the Members conduct</w:t>
      </w:r>
    </w:p>
    <w:p>
      <w:pPr>
        <w:pStyle w:val="ListBullet"/>
      </w:pPr>
      <w:r>
        <w:t>A suspension or exclusion from Club competition or other involvements at a Club event</w:t>
      </w:r>
    </w:p>
    <w:p>
      <w:pPr>
        <w:pStyle w:val="ListBullet"/>
      </w:pPr>
      <w:r>
        <w:t>Expulsion from membership of the Club</w:t>
      </w:r>
    </w:p>
    <w:p>
      <w:pPr>
        <w:pStyle w:val="ListBullet"/>
      </w:pPr>
      <w:r>
        <w:t>Suspension of all membership rights for a period of time (not exceeding 12 months)</w:t>
      </w:r>
    </w:p>
    <w:p>
      <w:pPr>
        <w:pStyle w:val="ListBullet"/>
      </w:pPr>
      <w:r>
        <w:t>Suspension or exclusion from any role within the Club for a period of time</w:t>
      </w:r>
    </w:p>
    <w:p>
      <w:pPr>
        <w:pStyle w:val="ListBullet"/>
      </w:pPr>
      <w:r>
        <w:t>A combination of any of the above or any other action deemed appropriate by the Panel.</w:t>
      </w:r>
    </w:p>
    <w:p>
      <w:pPr>
        <w:spacing w:before="160" w:after="80"/>
      </w:pPr>
      <w:r>
        <w:rPr>
          <w:b/>
          <w:sz w:val="22"/>
        </w:rPr>
        <w:t>Appeals Process</w:t>
      </w:r>
    </w:p>
    <w:p>
      <w:r>
        <w:t>If the subject of the complaint (Member) wishes to appeal a decision of the Disciplinary Panel, they must</w:t>
      </w:r>
    </w:p>
    <w:p>
      <w:r>
        <w:t>submit an appeal to the Disciplinary Panel in writing within 14 days of the date of the Disciplinary Panel’s</w:t>
      </w:r>
    </w:p>
    <w:p>
      <w:r>
        <w:t>original decision being notified to the Member.</w:t>
      </w:r>
    </w:p>
    <w:p>
      <w:r>
        <w:t>The Appeal must include all details for the grounds of the appeal. These may include the following;</w:t>
      </w:r>
    </w:p>
    <w:p>
      <w:pPr>
        <w:pStyle w:val="ListBullet"/>
      </w:pPr>
      <w:r/>
    </w:p>
    <w:p>
      <w:r>
        <w:t>The decision made was factually incorrect</w:t>
      </w:r>
    </w:p>
    <w:p>
      <w:pPr>
        <w:pStyle w:val="ListBullet"/>
      </w:pPr>
      <w:r/>
    </w:p>
    <w:p>
      <w:r>
        <w:t>Questions or concerns regarding the process of the disciplinary decisions or any other</w:t>
      </w:r>
    </w:p>
    <w:p>
      <w:r>
        <w:t>indiscretions prior to the Disciplinary Panel</w:t>
      </w:r>
    </w:p>
    <w:p>
      <w:pPr>
        <w:pStyle w:val="ListBullet"/>
      </w:pPr>
      <w:r/>
    </w:p>
    <w:p>
      <w:r>
        <w:t>new evidence has become available which is significant and was not available prior to the</w:t>
      </w:r>
    </w:p>
    <w:p>
      <w:r>
        <w:t>disciplinary decision. Therefore, if this evidence was available prior, this could have resulted in</w:t>
      </w:r>
    </w:p>
    <w:p>
      <w:r>
        <w:t>the Disciplinary Panel reaching a different decision</w:t>
      </w:r>
    </w:p>
    <w:p>
      <w:pPr>
        <w:pStyle w:val="ListBullet"/>
      </w:pPr>
      <w:r/>
    </w:p>
    <w:p>
      <w:r>
        <w:t>The disciplinary decision for the sanction was deemed unreasonable with the consideration of the</w:t>
      </w:r>
    </w:p>
    <w:p>
      <w:r>
        <w:t>facts prior to the Disciplinary Panel.</w:t>
      </w:r>
    </w:p>
    <w:p>
      <w:r>
        <w:t>Establishing an Appeals Panel</w:t>
      </w:r>
    </w:p>
    <w:p>
      <w:pPr>
        <w:pStyle w:val="ListBullet"/>
      </w:pPr>
      <w:r/>
    </w:p>
    <w:p>
      <w:r>
        <w:t>If it is determined that the submitted appeal needs to be formally dealt with, an Appeals Panel</w:t>
      </w:r>
    </w:p>
    <w:p>
      <w:r>
        <w:t>will be established</w:t>
      </w:r>
    </w:p>
    <w:p>
      <w:pPr>
        <w:pStyle w:val="ListBullet"/>
      </w:pPr>
      <w:r/>
    </w:p>
    <w:p>
      <w:r>
        <w:t>The Appeals Panel will comprise of 3 individuals all of which will be independent of the</w:t>
      </w:r>
    </w:p>
    <w:p>
      <w:r>
        <w:t>complaint, meaning that they were not named in the raised complaint or involved in the</w:t>
      </w:r>
    </w:p>
    <w:p>
      <w:r>
        <w:t>Disciplinary Panel proceedings</w:t>
      </w:r>
    </w:p>
    <w:p>
      <w:pPr>
        <w:pStyle w:val="ListBullet"/>
      </w:pPr>
      <w:r/>
    </w:p>
    <w:p>
      <w:r>
        <w:t>One of the Appeals Panel members will be appointed as Chair.</w:t>
      </w:r>
    </w:p>
    <w:p>
      <w:pPr>
        <w:pStyle w:val="ListBullet"/>
      </w:pPr>
      <w:r/>
    </w:p>
    <w:p>
      <w:r>
        <w:t>If at any point, a member of the Appeals Panel declares an interest or perceived to have an</w:t>
      </w:r>
    </w:p>
    <w:p>
      <w:r>
        <w:t>actual or potential interest by another panel member, they will be replaced by another</w:t>
      </w:r>
    </w:p>
    <w:p>
      <w:r>
        <w:t>independent individual</w:t>
      </w:r>
    </w:p>
    <w:p>
      <w:r>
        <w:t>The Appeals Panel will provide written notice to the Appellant of the date, time and place of the appeal</w:t>
      </w:r>
    </w:p>
    <w:p>
      <w:r>
        <w:t>hearing meeting.</w:t>
      </w:r>
    </w:p>
    <w:p>
      <w:r>
        <w:t>The appeal hearing meeting may be a re-hearing of the original complaint or it may include a review of</w:t>
      </w:r>
    </w:p>
    <w:p>
      <w:r>
        <w:t>the Disciplinary Panel original decision.</w:t>
      </w:r>
    </w:p>
    <w:p>
      <w:r>
        <w:t>The Appeal Panel will consider all information including;</w:t>
      </w:r>
    </w:p>
    <w:p>
      <w:pPr>
        <w:pStyle w:val="ListBullet"/>
      </w:pPr>
      <w:r>
        <w:t>The original Disciplinary panel procedure that was followed</w:t>
      </w:r>
    </w:p>
    <w:p>
      <w:pPr>
        <w:pStyle w:val="ListBullet"/>
      </w:pPr>
      <w:r>
        <w:t>Any new information that has come to light</w:t>
      </w:r>
    </w:p>
    <w:p>
      <w:pPr>
        <w:pStyle w:val="ListBullet"/>
      </w:pPr>
      <w:r>
        <w:t>All documentation and evidence submitted at the original Disciplinary Panel hearing</w:t>
      </w:r>
    </w:p>
    <w:p>
      <w:r>
        <w:br w:type="page"/>
      </w:r>
    </w:p>
    <w:p>
      <w:pPr>
        <w:pStyle w:val="ListBullet"/>
      </w:pPr>
      <w:r>
        <w:t>Recall any witnesses that were heard at the original Disciplinary Panel hearing to provide any</w:t>
      </w:r>
    </w:p>
    <w:p>
      <w:r>
        <w:t>new evidence</w:t>
      </w:r>
    </w:p>
    <w:p>
      <w:r>
        <w:t>The Member will be given the opportunity the present their case to the Appeal Panel and provide any</w:t>
      </w:r>
    </w:p>
    <w:p>
      <w:r>
        <w:t>supporting witnesses. The Appeal Panel are entitled to ask any questions of the supporting witnesses.</w:t>
      </w:r>
    </w:p>
    <w:p>
      <w:r>
        <w:t>The Appeal Panel procedure will follow the same Disciplinary Panel Hearing procedure. This includes</w:t>
      </w:r>
    </w:p>
    <w:p>
      <w:r>
        <w:t>process, entitlement and timeframes.</w:t>
      </w:r>
    </w:p>
    <w:p>
      <w:pPr>
        <w:spacing w:before="160" w:after="80"/>
      </w:pPr>
      <w:r>
        <w:rPr>
          <w:b/>
          <w:sz w:val="22"/>
        </w:rPr>
        <w:t>Appeal Panel - Decision</w:t>
      </w:r>
    </w:p>
    <w:p>
      <w:r>
        <w:t>The Appeal Panel will give consideration to fairness when concluding the final decision.</w:t>
      </w:r>
    </w:p>
    <w:p>
      <w:r>
        <w:t>The Appeal Panel will consider the presented evidence and the information provided to make a decision</w:t>
      </w:r>
    </w:p>
    <w:p>
      <w:r>
        <w:t>that may confirm, cancel, reduce or increase the original Disciplinary Panel decision.</w:t>
      </w:r>
    </w:p>
    <w:p>
      <w:r>
        <w:t>The decision of the Appeal Panel is final.</w:t>
      </w:r>
    </w:p>
    <w:p>
      <w:r>
        <w:t>The decisions of the Appeal Panel will be communicated to the Appellant either at the Appeal hearing</w:t>
      </w:r>
    </w:p>
    <w:p>
      <w:r>
        <w:t>meeting or within 7 days after the hearing meeting date. This will be communicated in writing to the</w:t>
      </w:r>
    </w:p>
    <w:p>
      <w:r>
        <w:t>Appellant.</w:t>
      </w:r>
    </w:p>
    <w:p>
      <w:pPr>
        <w:spacing w:before="160" w:after="80"/>
      </w:pPr>
      <w:r>
        <w:rPr>
          <w:b/>
          <w:sz w:val="22"/>
        </w:rPr>
        <w:t>General</w:t>
      </w:r>
    </w:p>
    <w:p>
      <w:r>
        <w:t>This procedure can be amended from time to time by the Club’s Management Committee as they deem</w:t>
      </w:r>
    </w:p>
    <w:p>
      <w:r>
        <w:t>necessary. Any amendments to the procedure will be communicated with the Club’s membership.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Club Disciplinary Procedure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A5A5A"/>
        <w:sz w:val="16"/>
      </w:rPr>
      <w:t>CLYNE GOLF CLUB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