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2000"/>
        <w:jc w:val="center"/>
      </w:pPr>
      <w:r>
        <w:rPr>
          <w:b/>
          <w:color w:val="1F4330"/>
          <w:sz w:val="40"/>
        </w:rPr>
        <w:t>CLYNE GOLF CLUB</w:t>
      </w:r>
    </w:p>
    <w:p>
      <w:pPr>
        <w:spacing w:before="400"/>
        <w:jc w:val="center"/>
      </w:pPr>
      <w:r>
        <w:rPr>
          <w:b/>
          <w:sz w:val="34"/>
        </w:rPr>
        <w:t>Clyne Golf Club Equality Policy (members &amp; guests)</w:t>
      </w:r>
    </w:p>
    <w:p>
      <w:pPr>
        <w:spacing w:before="360"/>
      </w:pPr>
      <w:r>
        <w:rPr>
          <w:i/>
          <w:sz w:val="16"/>
        </w:rPr>
        <w:t>This document is provided on an "as is" basis without any representations or endorsements made and without any warranty of any</w:t>
      </w:r>
    </w:p>
    <w:p>
      <w:pPr>
        <w:spacing w:before="360"/>
      </w:pPr>
      <w:r>
        <w:rPr>
          <w:i/>
          <w:sz w:val="16"/>
        </w:rPr>
        <w:t>Information contained within this document is for guidance purposes only and correct at date of issue. After the issue date, it is</w:t>
      </w:r>
    </w:p>
    <w:p>
      <w:pPr>
        <w:spacing w:before="360"/>
      </w:pPr>
      <w:r>
        <w:rPr>
          <w:i/>
          <w:sz w:val="16"/>
        </w:rPr>
        <w:t>Any other use, including but not limited to the reproduction, distribution, display or transmission of the content of this website is</w:t>
      </w:r>
    </w:p>
    <w:p>
      <w:pPr>
        <w:spacing w:before="200"/>
        <w:jc w:val="center"/>
      </w:pPr>
      <w:r>
        <w:t>Title:</w:t>
      </w:r>
    </w:p>
    <w:p>
      <w:pPr>
        <w:spacing w:before="200"/>
        <w:jc w:val="center"/>
      </w:pPr>
      <w:r>
        <w:t>Date:</w:t>
      </w:r>
    </w:p>
    <w:p>
      <w:r>
        <w:br w:type="page"/>
      </w:r>
    </w:p>
    <w:p>
      <w:pPr>
        <w:spacing w:before="160" w:after="80"/>
      </w:pPr>
      <w:r>
        <w:rPr>
          <w:b/>
          <w:sz w:val="22"/>
        </w:rPr>
        <w:t>Equality Policy</w:t>
      </w:r>
    </w:p>
    <w:p>
      <w:r>
        <w:t>This policy is a members and guests Equality Policy.</w:t>
      </w:r>
    </w:p>
    <w:p>
      <w:r>
        <w:br w:type="page"/>
      </w:r>
    </w:p>
    <w:p>
      <w:pPr>
        <w:spacing w:before="160" w:after="80"/>
      </w:pPr>
      <w:r>
        <w:rPr>
          <w:b/>
          <w:sz w:val="22"/>
        </w:rPr>
        <w:t>Equality Policy</w:t>
      </w:r>
    </w:p>
    <w:p>
      <w:r>
        <w:t>1.</w:t>
      </w:r>
    </w:p>
    <w:p>
      <w:r>
        <w:t>Statement</w:t>
      </w:r>
    </w:p>
    <w:p>
      <w:r>
        <w:t>1.1.</w:t>
      </w:r>
    </w:p>
    <w:p>
      <w:r>
        <w:t>Clyne Golf Club (“the Club”) and such other companies and/or subsidiaries that are subject</w:t>
      </w:r>
    </w:p>
    <w:p>
      <w:r>
        <w:t>to the legal authority of the Management Committee in compliance with the Equality Act</w:t>
      </w:r>
    </w:p>
    <w:p>
      <w:r>
        <w:t>2010 and all other legal obligations, are committed to promoting equal opportunities and</w:t>
      </w:r>
    </w:p>
    <w:p>
      <w:r>
        <w:t>are resolute in their determination to pursue respective equality of status to all, including</w:t>
      </w:r>
    </w:p>
    <w:p>
      <w:r>
        <w:t>members, associate members, visitors, guests, volunteers, staff members and potential</w:t>
      </w:r>
    </w:p>
    <w:p>
      <w:r>
        <w:t>staff members, officers, consultants, agents and service providers.</w:t>
      </w:r>
    </w:p>
    <w:p>
      <w:r>
        <w:t>1.2.</w:t>
      </w:r>
    </w:p>
    <w:p>
      <w:r>
        <w:t>We will endeavour to ensure that every person, including as identified above, regardless of</w:t>
      </w:r>
    </w:p>
    <w:p>
      <w:r>
        <w:t>age, disability, gender, gender reassignment, marriage and civil partnership, race, religion</w:t>
      </w:r>
    </w:p>
    <w:p>
      <w:r>
        <w:t>or belief, sex or sexual orientation, or pregnancy and maternity (protected characteristics)</w:t>
      </w:r>
    </w:p>
    <w:p>
      <w:r>
        <w:t>has a genuine opportunity to participate to their full potential at all levels and in all roles</w:t>
      </w:r>
    </w:p>
    <w:p>
      <w:r>
        <w:t>within the Club.</w:t>
      </w:r>
    </w:p>
    <w:p>
      <w:r>
        <w:t>2.</w:t>
      </w:r>
    </w:p>
    <w:p>
      <w:pPr>
        <w:spacing w:before="160" w:after="80"/>
      </w:pPr>
      <w:r>
        <w:rPr>
          <w:b/>
          <w:sz w:val="22"/>
        </w:rPr>
        <w:t>Equality Policy</w:t>
      </w:r>
    </w:p>
    <w:p>
      <w:r>
        <w:t>2.1.</w:t>
      </w:r>
    </w:p>
    <w:p>
      <w:r>
        <w:t>In accordance with the Equality Statement agreed by the Club, the Management</w:t>
      </w:r>
    </w:p>
    <w:p>
      <w:r>
        <w:t>Committee of the Club has produced this Equality Policy. This policy shall be subject to</w:t>
      </w:r>
    </w:p>
    <w:p>
      <w:r>
        <w:t>regular review, and at least annually and shall remain effective during this period. This policy</w:t>
      </w:r>
    </w:p>
    <w:p>
      <w:r>
        <w:t>is non-contractual and does not create any contractual obligations and we may amend it at</w:t>
      </w:r>
    </w:p>
    <w:p>
      <w:r>
        <w:t>any time. Recommendations for change should be reported to the Management</w:t>
      </w:r>
    </w:p>
    <w:p>
      <w:r>
        <w:t>Committee</w:t>
      </w:r>
    </w:p>
    <w:p>
      <w:r>
        <w:t>2.2.</w:t>
      </w:r>
    </w:p>
    <w:p>
      <w:r>
        <w:t>A copy of this policy is available to all staff members and potential staff members,</w:t>
      </w:r>
    </w:p>
    <w:p>
      <w:r>
        <w:t>volunteers, officers, consultants, agents and service providers, together with its members,</w:t>
      </w:r>
    </w:p>
    <w:p>
      <w:r>
        <w:t>visitors, guests and associate members. Its content will be covered in all induction</w:t>
      </w:r>
    </w:p>
    <w:p>
      <w:r>
        <w:t>programmes carried out or organised by the Club for all such persons. All staff, agents and</w:t>
      </w:r>
    </w:p>
    <w:p>
      <w:r>
        <w:t>service providers will receive appropriate training.</w:t>
      </w:r>
    </w:p>
    <w:p>
      <w:r>
        <w:t>2.3.</w:t>
      </w:r>
    </w:p>
    <w:p>
      <w:r>
        <w:t>The policy may also be available on the Club website.</w:t>
      </w:r>
    </w:p>
    <w:p>
      <w:r>
        <w:t>2.4.</w:t>
      </w:r>
    </w:p>
    <w:p>
      <w:r>
        <w:t>We will not place any job applicant at a disadvantage by requirements or conditions which</w:t>
      </w:r>
    </w:p>
    <w:p>
      <w:r>
        <w:t>are not necessary to the performance of the job or which discriminate.</w:t>
      </w:r>
    </w:p>
    <w:p>
      <w:r>
        <w:t>2.5.</w:t>
      </w:r>
    </w:p>
    <w:p>
      <w:r>
        <w:t>All members, associate members, visitors, guests, volunteers, staff members, officers,</w:t>
      </w:r>
    </w:p>
    <w:p>
      <w:r>
        <w:t>consultants, agents and service providers have responsibilities to respect, act in accordance</w:t>
      </w:r>
    </w:p>
    <w:p>
      <w:r>
        <w:t>with and thereby support and promote the spirit and intentions of this policy.</w:t>
      </w:r>
    </w:p>
    <w:p>
      <w:r>
        <w:br w:type="page"/>
      </w:r>
    </w:p>
    <w:p>
      <w:r>
        <w:t>3.</w:t>
      </w:r>
    </w:p>
    <w:p>
      <w:r>
        <w:t>Membership</w:t>
      </w:r>
    </w:p>
    <w:p>
      <w:r>
        <w:t>3.1.</w:t>
      </w:r>
    </w:p>
    <w:p>
      <w:r>
        <w:t>The Club will ensure that each application for membership will be determined in accordance</w:t>
      </w:r>
    </w:p>
    <w:p>
      <w:r>
        <w:t>with the Club’s Statement on Equal Opportunities.</w:t>
      </w:r>
    </w:p>
    <w:p>
      <w:r>
        <w:t>3.2.</w:t>
      </w:r>
    </w:p>
    <w:p>
      <w:r>
        <w:t>All subscriptions fees will be equal for all categories save where the Club has decided the</w:t>
      </w:r>
    </w:p>
    <w:p>
      <w:r>
        <w:t>need for positive action measures and has agreed to offer financial incentives to:</w:t>
      </w:r>
    </w:p>
    <w:p>
      <w:r>
        <w:t>3.2.1.</w:t>
      </w:r>
    </w:p>
    <w:p>
      <w:r>
        <w:t>alleviate disadvantage experienced by people who share a protected characteristic</w:t>
      </w:r>
    </w:p>
    <w:p>
      <w:r>
        <w:t>as identified above;</w:t>
      </w:r>
    </w:p>
    <w:p>
      <w:r>
        <w:t>3.2.2.</w:t>
      </w:r>
    </w:p>
    <w:p>
      <w:r>
        <w:t>junior members for the duration of the specified membership status;</w:t>
      </w:r>
    </w:p>
    <w:p>
      <w:r>
        <w:t>3.2.3.</w:t>
      </w:r>
    </w:p>
    <w:p>
      <w:r>
        <w:t>encourage increased levels of membership to a pre-determined number within</w:t>
      </w:r>
    </w:p>
    <w:p>
      <w:r>
        <w:t>specific categories, which may include, for example, certain age groups or other</w:t>
      </w:r>
    </w:p>
    <w:p>
      <w:r>
        <w:t>selected under-represented groups.</w:t>
      </w:r>
    </w:p>
    <w:p>
      <w:r>
        <w:t>3.3.</w:t>
      </w:r>
    </w:p>
    <w:p>
      <w:r>
        <w:t>Such incentives shall only apply for the agreed duration of the specific recruitment drive</w:t>
      </w:r>
    </w:p>
    <w:p>
      <w:r>
        <w:t>initiative or until the requisite number of vacancies has been filled or, in the case of juniors,</w:t>
      </w:r>
    </w:p>
    <w:p>
      <w:r>
        <w:t>until such time as the member no longer qualifies under the age requirements of the junior</w:t>
      </w:r>
    </w:p>
    <w:p>
      <w:r>
        <w:t>section.</w:t>
      </w:r>
    </w:p>
    <w:p>
      <w:r>
        <w:t>3.4.</w:t>
      </w:r>
    </w:p>
    <w:p>
      <w:r>
        <w:t>Applications for membership will be determined by the Management Committee of the</w:t>
      </w:r>
    </w:p>
    <w:p>
      <w:r>
        <w:t>Club and will comply with the requirements of the Equality Act 2010 or any legal obligations.</w:t>
      </w:r>
    </w:p>
    <w:p>
      <w:r>
        <w:t>Applicants who are considered to be suitable for membership will be allocated membership</w:t>
      </w:r>
    </w:p>
    <w:p>
      <w:r>
        <w:t>on a first come, first served basis save that the Management Committee or management</w:t>
      </w:r>
    </w:p>
    <w:p>
      <w:r>
        <w:t>of the Club may in their absolute discretion, but only where the number of members in an</w:t>
      </w:r>
    </w:p>
    <w:p>
      <w:r>
        <w:t>under-represented group has fallen below the agreed minimum and solely to protect against</w:t>
      </w:r>
    </w:p>
    <w:p>
      <w:r>
        <w:t>the erosion of that group of members, admit in preference to a member of another group</w:t>
      </w:r>
    </w:p>
    <w:p>
      <w:r>
        <w:t>an applicant who has a protected characteristic of the under-represented group.</w:t>
      </w:r>
    </w:p>
    <w:p>
      <w:r>
        <w:t>4.</w:t>
      </w:r>
    </w:p>
    <w:p>
      <w:r>
        <w:t>Membership Rights</w:t>
      </w:r>
    </w:p>
    <w:p>
      <w:r>
        <w:t>4.1.</w:t>
      </w:r>
    </w:p>
    <w:p>
      <w:r>
        <w:t>All material prepared, produced and distributed by, or on behalf of the Club will endeavour</w:t>
      </w:r>
    </w:p>
    <w:p>
      <w:r>
        <w:t>to promote a clear image of diversity within the Club.</w:t>
      </w:r>
    </w:p>
    <w:p>
      <w:r>
        <w:t>4.2.</w:t>
      </w:r>
    </w:p>
    <w:p>
      <w:r>
        <w:t>Clear guidance and communication will be given to all members or individuals either</w:t>
      </w:r>
    </w:p>
    <w:p>
      <w:r>
        <w:t>governing or working for the Club on its commitment to equality and fairness through the</w:t>
      </w:r>
    </w:p>
    <w:p>
      <w:r>
        <w:t>appropriate mediums.</w:t>
      </w:r>
    </w:p>
    <w:p>
      <w:r>
        <w:t>4.3.</w:t>
      </w:r>
    </w:p>
    <w:p>
      <w:r>
        <w:t>All participants at the Club, in whatever capacity shall receive fair and equitable treatment</w:t>
      </w:r>
    </w:p>
    <w:p>
      <w:r>
        <w:t>in all aspects of their membership.</w:t>
      </w:r>
    </w:p>
    <w:p>
      <w:r>
        <w:t>4.4.</w:t>
      </w:r>
    </w:p>
    <w:p>
      <w:r>
        <w:t>All members will have equal access to all joint function rooms and bars at all times save</w:t>
      </w:r>
    </w:p>
    <w:p>
      <w:r>
        <w:t>where acceptable similar facilities have been provided to allow single sex occupation at</w:t>
      </w:r>
    </w:p>
    <w:p>
      <w:r>
        <w:t>certain agreed times.</w:t>
      </w:r>
    </w:p>
    <w:p>
      <w:r>
        <w:br w:type="page"/>
      </w:r>
    </w:p>
    <w:p>
      <w:r>
        <w:t>4.5.</w:t>
      </w:r>
    </w:p>
    <w:p>
      <w:r>
        <w:t>Members who wish to transfer their category of membership shall have their request</w:t>
      </w:r>
    </w:p>
    <w:p>
      <w:r>
        <w:t>considered by the Management Committee who will make their decision based on</w:t>
      </w:r>
    </w:p>
    <w:p>
      <w:r>
        <w:t>availability.</w:t>
      </w:r>
    </w:p>
    <w:p>
      <w:r>
        <w:t>4.6.</w:t>
      </w:r>
    </w:p>
    <w:p>
      <w:r>
        <w:t>All bye-laws introduced by the Club shall reflect fair and equitable treatment in respect of</w:t>
      </w:r>
    </w:p>
    <w:p>
      <w:r>
        <w:t>the Club’s practices policies and procedures they are designed to address.</w:t>
      </w:r>
    </w:p>
    <w:p>
      <w:r>
        <w:t>5.</w:t>
      </w:r>
    </w:p>
    <w:p>
      <w:r>
        <w:t>Officers of the Club</w:t>
      </w:r>
    </w:p>
    <w:p>
      <w:r>
        <w:t>Responsibilities</w:t>
      </w:r>
    </w:p>
    <w:p>
      <w:r>
        <w:t>5.1.</w:t>
      </w:r>
    </w:p>
    <w:p>
      <w:r>
        <w:t>The Management Committee is responsible for ensuring that the Club operates in</w:t>
      </w:r>
    </w:p>
    <w:p>
      <w:r>
        <w:t>accordance with the Memorandum of Association, the Constitution and the Rules and Bye</w:t>
      </w:r>
    </w:p>
    <w:p>
      <w:r>
        <w:t>Laws as written and updated from time to time and in conformity with the Equality Act</w:t>
      </w:r>
    </w:p>
    <w:p>
      <w:r>
        <w:t>2010 or any legal obligations.</w:t>
      </w:r>
    </w:p>
    <w:p>
      <w:r>
        <w:t>5.2.</w:t>
      </w:r>
    </w:p>
    <w:p>
      <w:r>
        <w:t>The Management Committee shall be elected in accordance with the Club’s fair and equal</w:t>
      </w:r>
    </w:p>
    <w:p>
      <w:r>
        <w:t>procedures as identified in the Constitution of the Club.</w:t>
      </w:r>
    </w:p>
    <w:p>
      <w:r>
        <w:t>5.3.</w:t>
      </w:r>
    </w:p>
    <w:p>
      <w:r>
        <w:t>Any member who meets the criteria for election to the Committee shall be encouraged to</w:t>
      </w:r>
    </w:p>
    <w:p>
      <w:r>
        <w:t>allow themselves to be nominated.</w:t>
      </w:r>
    </w:p>
    <w:p>
      <w:r>
        <w:t>Chair of the Management Committee</w:t>
      </w:r>
    </w:p>
    <w:p>
      <w:r>
        <w:t>5.4</w:t>
      </w:r>
    </w:p>
    <w:p>
      <w:r>
        <w:t>In accordance with the Constitution there shall be a Chair of the Management</w:t>
      </w:r>
    </w:p>
    <w:p>
      <w:r>
        <w:t>Committee who shall be selected in accordance with the procedure as identified in the</w:t>
      </w:r>
    </w:p>
    <w:p>
      <w:r>
        <w:t>Constitution.</w:t>
      </w:r>
    </w:p>
    <w:p>
      <w:r>
        <w:t>5.4.</w:t>
      </w:r>
    </w:p>
    <w:p>
      <w:r>
        <w:t>The Chair of the Management Committee shall remain in office for a period of 1 years</w:t>
      </w:r>
    </w:p>
    <w:p>
      <w:r>
        <w:t>during which time they will officiate at those other functions where attendance and/or</w:t>
      </w:r>
    </w:p>
    <w:p>
      <w:r>
        <w:t>responsibility has not been previously agreed to be within the scope of the office of either</w:t>
      </w:r>
    </w:p>
    <w:p>
      <w:r>
        <w:t>of the two section captains.</w:t>
      </w:r>
    </w:p>
    <w:p>
      <w:r>
        <w:t>5.5.</w:t>
      </w:r>
    </w:p>
    <w:p>
      <w:r>
        <w:t>The Chair of the Management Committee may delegate responsibility to either or both</w:t>
      </w:r>
    </w:p>
    <w:p>
      <w:r>
        <w:t>of the section captains at their discretion.</w:t>
      </w:r>
    </w:p>
    <w:p>
      <w:r>
        <w:t>5.6.</w:t>
      </w:r>
    </w:p>
    <w:p>
      <w:r>
        <w:t>In the event that the Chair of the Management Committee is unable to fulfil their duties</w:t>
      </w:r>
    </w:p>
    <w:p>
      <w:r>
        <w:t>at a particular event, the responsibility to attend on their behalf shall be agreed between</w:t>
      </w:r>
    </w:p>
    <w:p>
      <w:r>
        <w:t>the section captains.</w:t>
      </w:r>
    </w:p>
    <w:p>
      <w:r>
        <w:t>5.7.</w:t>
      </w:r>
    </w:p>
    <w:p>
      <w:r>
        <w:t>The Chair of the Management Committee will review the Compliance Committee reports</w:t>
      </w:r>
    </w:p>
    <w:p>
      <w:r>
        <w:t>on an annual basis to establish progress against aims and ensure the Statement and Policy</w:t>
      </w:r>
    </w:p>
    <w:p>
      <w:r>
        <w:t>remain appropriate and effective.</w:t>
      </w:r>
    </w:p>
    <w:p>
      <w:r>
        <w:t>Captaincy</w:t>
      </w:r>
    </w:p>
    <w:p>
      <w:r>
        <w:t>5.8.</w:t>
      </w:r>
    </w:p>
    <w:p>
      <w:r>
        <w:t>There will be separate captains for each gender section of the Club.</w:t>
      </w:r>
    </w:p>
    <w:p>
      <w:r>
        <w:br w:type="page"/>
      </w:r>
    </w:p>
    <w:p>
      <w:r>
        <w:t>5.9.</w:t>
      </w:r>
    </w:p>
    <w:p>
      <w:r>
        <w:t>Proposals and nominations for each captaincy will be in accordance with the procedures as</w:t>
      </w:r>
    </w:p>
    <w:p>
      <w:r>
        <w:t>identified in the Constitution.</w:t>
      </w:r>
    </w:p>
    <w:p>
      <w:r>
        <w:t>5.10.</w:t>
      </w:r>
    </w:p>
    <w:p>
      <w:r>
        <w:t>Each captain shall comply with the responsibilities of captaincy as identified in the</w:t>
      </w:r>
    </w:p>
    <w:p>
      <w:r>
        <w:t>Constitution and shall represent their section of the Club at all events that fall within their</w:t>
      </w:r>
    </w:p>
    <w:p>
      <w:r>
        <w:t>jurisdiction under those directions.</w:t>
      </w:r>
    </w:p>
    <w:p>
      <w:r>
        <w:t>5.11.</w:t>
      </w:r>
    </w:p>
    <w:p>
      <w:r>
        <w:t>In their year of office the two captains shall share responsibility and authority for all Club</w:t>
      </w:r>
    </w:p>
    <w:p>
      <w:r>
        <w:t>functions and will agree at the outset of their term of office those events which will be</w:t>
      </w:r>
    </w:p>
    <w:p>
      <w:r>
        <w:t>undertaken individually or jointly.</w:t>
      </w:r>
    </w:p>
    <w:p>
      <w:r>
        <w:t>6.</w:t>
      </w:r>
    </w:p>
    <w:p>
      <w:r>
        <w:t>Course Access</w:t>
      </w:r>
    </w:p>
    <w:p>
      <w:r>
        <w:t>6.1.</w:t>
      </w:r>
    </w:p>
    <w:p>
      <w:r>
        <w:t>All members shall enjoy equal access to the golf course at all times save only where this is</w:t>
      </w:r>
    </w:p>
    <w:p>
      <w:r>
        <w:t>superseded by the limitations of any restricted access membership.</w:t>
      </w:r>
    </w:p>
    <w:p>
      <w:r>
        <w:t>6.2.</w:t>
      </w:r>
    </w:p>
    <w:p>
      <w:r>
        <w:t>Conditions of Entry to Club competitions shall be as specifically identified in “The Terms and</w:t>
      </w:r>
    </w:p>
    <w:p>
      <w:r>
        <w:t>Conditions of Entry”.</w:t>
      </w:r>
    </w:p>
    <w:p>
      <w:r>
        <w:t>6.3.</w:t>
      </w:r>
    </w:p>
    <w:p>
      <w:r>
        <w:t>The playing of designated trophy competitions shall take precedence within the competition</w:t>
      </w:r>
    </w:p>
    <w:p>
      <w:r>
        <w:t>calendar of the Club. On such occasions and for the duration of the allotted tee reservation,</w:t>
      </w:r>
    </w:p>
    <w:p>
      <w:r>
        <w:t>the course will only be available to participants in the competition.</w:t>
      </w:r>
    </w:p>
    <w:p>
      <w:r>
        <w:t>6.4.</w:t>
      </w:r>
    </w:p>
    <w:p>
      <w:r>
        <w:t>Where it can be identified that the preponderance of competitions denies equal access at</w:t>
      </w:r>
    </w:p>
    <w:p>
      <w:r>
        <w:t>weekends or at regular or particular times, the Club will ensure that suitable alternative</w:t>
      </w:r>
    </w:p>
    <w:p>
      <w:r>
        <w:t>opportunities are made available. For example, alternative opportunities for weekend play</w:t>
      </w:r>
    </w:p>
    <w:p>
      <w:r>
        <w:t>for females are included in the playing calendar, the details of which will be easily accessible</w:t>
      </w:r>
    </w:p>
    <w:p>
      <w:r>
        <w:t>by all members and will be included within the Membership Handbook and /or the Rules and</w:t>
      </w:r>
    </w:p>
    <w:p>
      <w:r>
        <w:t>Byelaws of the Club.</w:t>
      </w:r>
    </w:p>
    <w:p>
      <w:r>
        <w:t>6.5.</w:t>
      </w:r>
    </w:p>
    <w:p>
      <w:r>
        <w:t>Handicap Qualifying Competitions shall be open to all members and shall be played</w:t>
      </w:r>
    </w:p>
    <w:p>
      <w:r>
        <w:t>concurrently subject only to gender variations as determined by the World Handicap System.</w:t>
      </w:r>
    </w:p>
    <w:p>
      <w:r>
        <w:t>Tee time availability will be in accordance with the current tee time booking procedure.</w:t>
      </w:r>
    </w:p>
    <w:p>
      <w:r>
        <w:t>6.6.</w:t>
      </w:r>
    </w:p>
    <w:p>
      <w:r>
        <w:t>When general play conditions prevail, access to the course shall be in accordance with the</w:t>
      </w:r>
    </w:p>
    <w:p>
      <w:r>
        <w:t>tee time booking procedure and shall allow for equal access to all categories of members.</w:t>
      </w:r>
    </w:p>
    <w:p>
      <w:r>
        <w:t>6.7.</w:t>
      </w:r>
    </w:p>
    <w:p>
      <w:r>
        <w:t>Individual members will not be allowed to make tee time reservations on behalf of more</w:t>
      </w:r>
    </w:p>
    <w:p>
      <w:r>
        <w:t>than eight players (for fourball play) or three tee time slots (for play in threes).</w:t>
      </w:r>
    </w:p>
    <w:p>
      <w:r>
        <w:br w:type="page"/>
      </w:r>
    </w:p>
    <w:p>
      <w:r>
        <w:t>7.</w:t>
      </w:r>
    </w:p>
    <w:p>
      <w:r>
        <w:t>Exemptions</w:t>
      </w:r>
    </w:p>
    <w:p>
      <w:r>
        <w:t>7.1.</w:t>
      </w:r>
    </w:p>
    <w:p>
      <w:r>
        <w:t>The Club reserves the right to limit competitions to specific age, gender or disability groups</w:t>
      </w:r>
    </w:p>
    <w:p>
      <w:r>
        <w:t>where this is necessary to ensure equitable, safe and equal competition. The Club will take</w:t>
      </w:r>
    </w:p>
    <w:p>
      <w:r>
        <w:t>positive action in providing opportunities to increase the inclusion of people from under-</w:t>
      </w:r>
    </w:p>
    <w:p>
      <w:r>
        <w:t>represented groups.</w:t>
      </w:r>
    </w:p>
    <w:p>
      <w:r>
        <w:t>8.</w:t>
      </w:r>
    </w:p>
    <w:p>
      <w:r>
        <w:t>Rules and Bye Laws</w:t>
      </w:r>
    </w:p>
    <w:p>
      <w:r>
        <w:t>The terms and conditions of membership and playing rights do not affect the R&amp;A Rules of</w:t>
      </w:r>
    </w:p>
    <w:p>
      <w:r>
        <w:t>Golf relating to Etiquette nor the general Rules and Bye Laws of the Club.</w:t>
      </w:r>
    </w:p>
    <w:p>
      <w:r>
        <w:t>9.</w:t>
      </w:r>
    </w:p>
    <w:p>
      <w:r>
        <w:t>Compliance Committee</w:t>
      </w:r>
    </w:p>
    <w:p>
      <w:r>
        <w:t>9.1.</w:t>
      </w:r>
    </w:p>
    <w:p>
      <w:r>
        <w:t>Representatives from the Management Committee will be selected to form a Compliance</w:t>
      </w:r>
    </w:p>
    <w:p>
      <w:r>
        <w:t>Committee to ensure that the requirements of the Equality Act, related legal obligations</w:t>
      </w:r>
    </w:p>
    <w:p>
      <w:r>
        <w:t>and the terms of this Equality Statement and Policy are being adhered to and to monitor</w:t>
      </w:r>
    </w:p>
    <w:p>
      <w:r>
        <w:t>and evaluate the interpretation of these documents.</w:t>
      </w:r>
    </w:p>
    <w:p>
      <w:r>
        <w:t>9.2.</w:t>
      </w:r>
    </w:p>
    <w:p>
      <w:r>
        <w:t>The Chair of the Management Committee will review the Compliance Committee reports</w:t>
      </w:r>
    </w:p>
    <w:p>
      <w:r>
        <w:t>on an annual basis, to establish progress against aims and ensure this Equality Statement</w:t>
      </w:r>
    </w:p>
    <w:p>
      <w:r>
        <w:t>and Policy remain appropriate and effective.</w:t>
      </w:r>
    </w:p>
    <w:p>
      <w:r>
        <w:t>9.3.</w:t>
      </w:r>
    </w:p>
    <w:p>
      <w:r>
        <w:t>The Compliance Committee shall report directly to the Management Committee whom</w:t>
      </w:r>
    </w:p>
    <w:p>
      <w:r>
        <w:t>shall have overall responsibility for ensuring adherence to the Equality Act, related legal</w:t>
      </w:r>
    </w:p>
    <w:p>
      <w:r>
        <w:t>obligations and the terms of this Equality Statement and Policy.</w:t>
      </w:r>
    </w:p>
    <w:p>
      <w:r>
        <w:t>9.4.</w:t>
      </w:r>
    </w:p>
    <w:p>
      <w:r>
        <w:t>Selection to the Compliance Committee shall be in accordance with the Constitution.</w:t>
      </w:r>
    </w:p>
    <w:p>
      <w:r>
        <w:t>9.5.</w:t>
      </w:r>
    </w:p>
    <w:p>
      <w:r>
        <w:t>The Compliance Committee will review process and operation to consider the level of</w:t>
      </w:r>
    </w:p>
    <w:p>
      <w:r>
        <w:t>compliance in relation to the legislation.</w:t>
      </w:r>
    </w:p>
    <w:p>
      <w:r>
        <w:t>9.6.</w:t>
      </w:r>
    </w:p>
    <w:p>
      <w:r>
        <w:t>The Compliance Committee should identify areas and processes for change where</w:t>
      </w:r>
    </w:p>
    <w:p>
      <w:r>
        <w:t>necessary and make reasonable adjustments to this Equality Statement and Policy as</w:t>
      </w:r>
    </w:p>
    <w:p>
      <w:r>
        <w:t>required.</w:t>
      </w:r>
    </w:p>
    <w:p>
      <w:r>
        <w:t>9.7.</w:t>
      </w:r>
    </w:p>
    <w:p>
      <w:r>
        <w:t>The Compliance Committee should record their reasonable conclusions and track progress</w:t>
      </w:r>
    </w:p>
    <w:p>
      <w:r>
        <w:t>to completion of any changes that they recommend.</w:t>
      </w:r>
    </w:p>
    <w:p>
      <w:r>
        <w:t>10.</w:t>
      </w:r>
    </w:p>
    <w:p>
      <w:r>
        <w:t>Complaints</w:t>
      </w:r>
    </w:p>
    <w:p>
      <w:pPr>
        <w:ind w:left="259" w:hanging="259"/>
      </w:pPr>
      <w:r>
        <w:t>10.1. The Chair of the Management Committee has overall responsibility to the Management</w:t>
      </w:r>
    </w:p>
    <w:p>
      <w:r>
        <w:t>Committee for ensuring that the requirements of this document are implemented. The</w:t>
      </w:r>
    </w:p>
    <w:p>
      <w:r>
        <w:t>Manager has day to day responsibility for ensuring the terms of this Equality Statement</w:t>
      </w:r>
    </w:p>
    <w:p>
      <w:r>
        <w:t>and Policy are followed.</w:t>
      </w:r>
    </w:p>
    <w:p>
      <w:r>
        <w:br w:type="page"/>
      </w:r>
    </w:p>
    <w:p>
      <w:pPr>
        <w:ind w:left="259" w:hanging="259"/>
      </w:pPr>
      <w:r>
        <w:t>10.2. Any complaint or grievance will be dealt with via the appropriate policy and procedures, for</w:t>
      </w:r>
    </w:p>
    <w:p>
      <w:r>
        <w:t>example, the Club’s Disciplinary or Grievance policy.</w:t>
      </w:r>
    </w:p>
    <w:p>
      <w:pPr>
        <w:ind w:left="259" w:hanging="259"/>
      </w:pPr>
      <w:r>
        <w:t>10.3. Allegations of discriminatory or inequitable behaviour emanating from the actions of an</w:t>
      </w:r>
    </w:p>
    <w:p>
      <w:r>
        <w:t>employee of the Club will be investigated in accordance with the appropriate policy and</w:t>
      </w:r>
    </w:p>
    <w:p>
      <w:r>
        <w:t>procedures, for example, the Club’s Disciplinary or Grievance or Anti-Harassment and</w:t>
      </w:r>
    </w:p>
    <w:p>
      <w:r>
        <w:t>Bullying Policy.</w:t>
      </w:r>
    </w:p>
    <w:p>
      <w:pPr>
        <w:ind w:left="259" w:hanging="259"/>
      </w:pPr>
      <w:r>
        <w:t>10.4. Allegations of discriminatory or inequitable behaviour emanating from the actions of the</w:t>
      </w:r>
    </w:p>
    <w:p>
      <w:r>
        <w:t>Club Professional or any of the Club Professional’s staff who are members of the Professional</w:t>
      </w:r>
    </w:p>
    <w:p>
      <w:r>
        <w:t>Golfers Association (PGA) will be investigated in accordance with the terms of the agreed</w:t>
      </w:r>
    </w:p>
    <w:p>
      <w:r>
        <w:t>contract between the Club and the Club Professional’s staff, or if none, the Complaints</w:t>
      </w:r>
    </w:p>
    <w:p>
      <w:r>
        <w:t>Procedure applying to a Breach of the Club’s Equality Policy. All incidents and allegations</w:t>
      </w:r>
    </w:p>
    <w:p>
      <w:r>
        <w:t>shall be notified to Wales Golf and the PGA for their records.</w:t>
      </w:r>
    </w:p>
    <w:p>
      <w:pPr>
        <w:ind w:left="259" w:hanging="259"/>
      </w:pPr>
      <w:r>
        <w:t>10.5. Allegations of discriminatory or inequitable behaviour emanating from the actions of a</w:t>
      </w:r>
    </w:p>
    <w:p>
      <w:r>
        <w:t>member towards a fellow member, associate member, visitor, guest, volunteer, staff</w:t>
      </w:r>
    </w:p>
    <w:p>
      <w:r>
        <w:t>member or potential staff member, officer, consultant, agent or service provider will be</w:t>
      </w:r>
    </w:p>
    <w:p>
      <w:r>
        <w:t>investigated within the Complaints Procedure applying to a Breach of the Club Equality</w:t>
      </w:r>
    </w:p>
    <w:p>
      <w:r>
        <w:t>Policy. If an incident involving a member of the Club is alleged to have occurred involving</w:t>
      </w:r>
    </w:p>
    <w:p>
      <w:r>
        <w:t>or potentially involving the conduct of a member at another golf club and reported to the</w:t>
      </w:r>
    </w:p>
    <w:p>
      <w:r>
        <w:t>Club in accordance with that club’s policies, the member shall be subject to a Disciplinary</w:t>
      </w:r>
    </w:p>
    <w:p>
      <w:r>
        <w:t>Hearing at the Club.</w:t>
      </w:r>
    </w:p>
    <w:p>
      <w:pPr>
        <w:ind w:left="259" w:hanging="259"/>
      </w:pPr>
      <w:r>
        <w:t>10.6. Allegations of discriminatory or inequitable behaviour emanating from the actions of a visitor</w:t>
      </w:r>
    </w:p>
    <w:p>
      <w:r>
        <w:t>to the Club who is a member of a golf club affiliated to the English, Scottish or Welsh Golf</w:t>
      </w:r>
    </w:p>
    <w:p>
      <w:r>
        <w:t>Unions towards a fellow member, associate member, visitor, guest, volunteer, staff member</w:t>
      </w:r>
    </w:p>
    <w:p>
      <w:r>
        <w:t>or potential staff member, officer, consultant, agent or service provider will be initially</w:t>
      </w:r>
    </w:p>
    <w:p>
      <w:r>
        <w:t>investigated by the Manager of the Club. If the evidence leads the Manager to conclude</w:t>
      </w:r>
    </w:p>
    <w:p>
      <w:r>
        <w:t>that a breach of the Club Equality Policy has likely occurred, the evidence should be passed</w:t>
      </w:r>
    </w:p>
    <w:p>
      <w:r>
        <w:t>to the home club of the alleged offender to be further investigated and dealt with in</w:t>
      </w:r>
    </w:p>
    <w:p>
      <w:r>
        <w:t>accordance with their Disciplinary Procedures. If the home club declines to investigate the</w:t>
      </w:r>
    </w:p>
    <w:p>
      <w:r>
        <w:t>allegation, the Club may refer the incident to the relevant Home Golf Union for action under</w:t>
      </w:r>
    </w:p>
    <w:p>
      <w:r>
        <w:t>their Disciplinary Policy and Procedures. If such a situation occurs and the allegation is</w:t>
      </w:r>
    </w:p>
    <w:p>
      <w:r>
        <w:t>proven, the Club, in addition to any sanction imposed at that hearing, will exercise their</w:t>
      </w:r>
    </w:p>
    <w:p>
      <w:r>
        <w:t>own prerogative in respect of initiating an appropriate action and which will be limited to</w:t>
      </w:r>
    </w:p>
    <w:p>
      <w:r>
        <w:t>the authority of the Club, against the alleged offender on behalf of the club.</w:t>
      </w:r>
    </w:p>
    <w:p>
      <w:pPr>
        <w:ind w:left="259" w:hanging="259"/>
      </w:pPr>
      <w:r>
        <w:t>10.7. Allegations of discriminatory and inequitable behaviour emanating from the actions of a</w:t>
      </w:r>
    </w:p>
    <w:p>
      <w:r>
        <w:t>visitor to the Club who is not a member of a golf club affiliated to any of the Home Unions</w:t>
      </w:r>
    </w:p>
    <w:p>
      <w:r>
        <w:t>towards a member, fellow member, associate member, visitor, guest, volunteer, staff</w:t>
      </w:r>
    </w:p>
    <w:p>
      <w:r>
        <w:t>member or potential staff member, officer, consultant, agent or service provider will be</w:t>
      </w:r>
    </w:p>
    <w:p>
      <w:r>
        <w:t>initially investigated by the Manager of the Club. If the evidence leads the Manager to</w:t>
      </w:r>
    </w:p>
    <w:p>
      <w:r>
        <w:t>conclude that a breach of the Club Equality Policy has likely occurred, the evidence should</w:t>
      </w:r>
    </w:p>
    <w:p>
      <w:r>
        <w:t>be passed to the appropriate authorities for action under the Equality Laws and to the</w:t>
      </w:r>
    </w:p>
    <w:p>
      <w:r>
        <w:t>relevant Home Union for action under their Disciplinary Policy and Procedures. If such a</w:t>
      </w:r>
    </w:p>
    <w:p>
      <w:r>
        <w:br w:type="page"/>
      </w:r>
    </w:p>
    <w:p>
      <w:r>
        <w:t>situation occurs and the allegation is proven, the Club, in addition to any sanction imposed</w:t>
      </w:r>
    </w:p>
    <w:p>
      <w:r>
        <w:t>at that hearing, will exercise their own prerogative in respect of initiating an action against</w:t>
      </w:r>
    </w:p>
    <w:p>
      <w:r>
        <w:t>the alleged offender banning them from the Club for a period of time to be agreed. In the</w:t>
      </w:r>
    </w:p>
    <w:p>
      <w:r>
        <w:t>event that an allegation is proven the Club (cognisant of Human Rights Law) will use its best</w:t>
      </w:r>
    </w:p>
    <w:p>
      <w:r>
        <w:t>endeavours to notify other clubs of the outcome and of the name of the offender.</w:t>
      </w:r>
    </w:p>
    <w:p>
      <w:pPr>
        <w:ind w:left="259" w:hanging="259"/>
      </w:pPr>
      <w:r>
        <w:t>10.8. In all cases the alleged offender will be invited to attend the Disciplinary Hearing. If this</w:t>
      </w:r>
    </w:p>
    <w:p>
      <w:r>
        <w:t>invitation is declined then the hearing shall proceed in their absence.</w:t>
      </w:r>
    </w:p>
    <w:p>
      <w:pPr>
        <w:ind w:left="259" w:hanging="259"/>
      </w:pPr>
      <w:r>
        <w:t>10.9. If any dispute arises in connection with this policy, the parties will attempt to settle it by</w:t>
      </w:r>
    </w:p>
    <w:p>
      <w:r>
        <w:t>mediation in accordance with the procedures of an organisation such as Sport Wales or the</w:t>
      </w:r>
    </w:p>
    <w:p>
      <w:r>
        <w:t>National Golf Club’s Advisory Association (NGCAA). Unless otherwise agreed between the</w:t>
      </w:r>
    </w:p>
    <w:p>
      <w:r>
        <w:t>parties, the mediator will be nominated by the Chair of the NGCAA. To initiate the mediation</w:t>
      </w:r>
    </w:p>
    <w:p>
      <w:r>
        <w:t>a party must give notice in writing (‘ADR notice’) to the other party(ies) to the dispute</w:t>
      </w:r>
    </w:p>
    <w:p>
      <w:r>
        <w:t>requesting a mediation. A copy of the request should be sent to the NGCAA. The mediation</w:t>
      </w:r>
    </w:p>
    <w:p>
      <w:r>
        <w:t>will start not later than 56 days after the date of the ADR notice. The commencement of</w:t>
      </w:r>
    </w:p>
    <w:p>
      <w:r>
        <w:t>mediation will not prevent the party(ies) commencing or continuing court proceedings/an</w:t>
      </w:r>
    </w:p>
    <w:p>
      <w:r>
        <w:t>arbitration.</w:t>
      </w:r>
    </w:p>
    <w:p>
      <w:r>
        <w:t>11.</w:t>
      </w:r>
    </w:p>
    <w:p>
      <w:r>
        <w:t>Discipline</w:t>
      </w:r>
    </w:p>
    <w:p>
      <w:r>
        <w:t>In accordance with the Club Code of Conduct, Disciplinary and Grievance Policy and</w:t>
      </w:r>
    </w:p>
    <w:p>
      <w:r>
        <w:t>Procedures, any reports of alleged breaches of our Equality Policy will be investigated and</w:t>
      </w:r>
    </w:p>
    <w:p>
      <w:r>
        <w:t>appropriate disciplinary action will be taken, based on the outcome of the investigation.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08" w:right="1224" w:bottom="1008" w:left="12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t>Clyne Golf Club Equality Policy (members &amp; guests)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Arial" w:hAnsi="Arial"/>
        <w:b/>
        <w:color w:val="5A5A5A"/>
        <w:sz w:val="16"/>
      </w:rPr>
      <w:t>CLYNE GOLF CLUB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2" w:lineRule="auto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